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left="4535"/>
      </w:pPr>
      <w:r>
        <w:t xml:space="preserve">Нотариусу </w:t>
      </w:r>
      <w:r>
        <w:rPr>
          <w:highlight w:val="yellow"/>
        </w:rPr>
        <w:t>название нотариального округа</w:t>
      </w:r>
    </w:p>
    <w:p>
      <w:pPr>
        <w:spacing w:after="0"/>
        <w:ind w:left="4535"/>
      </w:pPr>
      <w:r>
        <w:rPr>
          <w:highlight w:val="yellow"/>
        </w:rPr>
        <w:t>Фамилия И. О. нотариуса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адрес нотариальной конторы</w:t>
      </w:r>
    </w:p>
    <w:p/>
    <w:p>
      <w:pPr>
        <w:spacing w:after="0"/>
        <w:ind w:left="4535"/>
      </w:pPr>
      <w:r>
        <w:rPr>
          <w:b/>
        </w:rPr>
        <w:t>От наследника:</w:t>
      </w:r>
      <w:r>
        <w:t xml:space="preserve"> </w:t>
      </w:r>
      <w:r>
        <w:rPr>
          <w:highlight w:val="yellow"/>
        </w:rPr>
        <w:t>Фамилия Имя Отчество</w:t>
      </w:r>
    </w:p>
    <w:p>
      <w:pPr>
        <w:spacing w:after="0"/>
        <w:ind w:left="4535"/>
      </w:pPr>
      <w:r>
        <w:t xml:space="preserve">дата рождения: </w:t>
      </w:r>
      <w:r>
        <w:rPr>
          <w:highlight w:val="yellow"/>
        </w:rPr>
        <w:t>…</w:t>
      </w:r>
    </w:p>
    <w:p>
      <w:pPr>
        <w:spacing w:after="0"/>
        <w:ind w:left="4535"/>
      </w:pPr>
      <w:r>
        <w:t xml:space="preserve">паспорт: </w:t>
      </w:r>
      <w:r>
        <w:rPr>
          <w:highlight w:val="yellow"/>
        </w:rPr>
        <w:t>серия, номер, кем и когда выдан</w:t>
      </w:r>
    </w:p>
    <w:p>
      <w:pPr>
        <w:spacing w:after="0"/>
        <w:ind w:left="4535"/>
      </w:pPr>
      <w:r>
        <w:t xml:space="preserve">адрес: </w:t>
      </w:r>
      <w:r>
        <w:rPr>
          <w:highlight w:val="yellow"/>
        </w:rPr>
        <w:t>место жительства</w:t>
      </w:r>
    </w:p>
    <w:p>
      <w:pPr>
        <w:spacing w:after="0"/>
        <w:ind w:left="4535"/>
      </w:pPr>
      <w:r>
        <w:t xml:space="preserve">телефон: </w:t>
      </w:r>
      <w:r>
        <w:rPr>
          <w:highlight w:val="yellow"/>
        </w:rPr>
        <w:t>…</w:t>
      </w:r>
    </w:p>
    <w:p/>
    <w:p>
      <w:pPr>
        <w:jc w:val="center"/>
      </w:pPr>
      <w:r>
        <w:rPr>
          <w:b/>
        </w:rPr>
        <w:t>ЗАЯВЛЕНИЕ</w:t>
      </w:r>
    </w:p>
    <w:p>
      <w:pPr>
        <w:jc w:val="center"/>
      </w:pPr>
      <w:r>
        <w:rPr>
          <w:b w:val="0"/>
        </w:rPr>
        <w:t>о принятии наследства и о выдаче свидетельства о праве на наследство</w:t>
      </w:r>
    </w:p>
    <w:p>
      <w:pPr>
        <w:ind w:firstLine="709"/>
        <w:jc w:val="both"/>
      </w:pPr>
      <w:r>
        <w:rPr>
          <w:highlight w:val="yellow"/>
        </w:rPr>
        <w:t>Дата смерти</w:t>
      </w:r>
      <w:r>
        <w:t xml:space="preserve"> умер(ла) </w:t>
      </w:r>
      <w:r>
        <w:rPr>
          <w:highlight w:val="yellow"/>
        </w:rPr>
        <w:t>Фамилия Имя Отчество наследодателя</w:t>
      </w:r>
      <w:r>
        <w:t xml:space="preserve">, </w:t>
      </w:r>
      <w:r>
        <w:rPr>
          <w:highlight w:val="yellow"/>
        </w:rPr>
        <w:t>дата рождения</w:t>
      </w:r>
      <w:r>
        <w:t xml:space="preserve">, что подтверждается свидетельством о смерти </w:t>
      </w:r>
      <w:r>
        <w:rPr>
          <w:highlight w:val="yellow"/>
        </w:rPr>
        <w:t>серия, номер, дата выдачи</w:t>
      </w:r>
      <w:r>
        <w:t xml:space="preserve">. Последнее место жительства наследодателя: </w:t>
      </w:r>
      <w:r>
        <w:rPr>
          <w:highlight w:val="yellow"/>
        </w:rPr>
        <w:t>адрес</w:t>
      </w:r>
      <w:r>
        <w:t>.</w:t>
      </w:r>
    </w:p>
    <w:p>
      <w:pPr>
        <w:ind w:firstLine="709"/>
        <w:jc w:val="both"/>
      </w:pPr>
      <w:r>
        <w:t xml:space="preserve">Этим заявлением я принимаю наследство, оставшееся после смерти </w:t>
      </w:r>
      <w:r>
        <w:rPr>
          <w:highlight w:val="yellow"/>
        </w:rPr>
        <w:t>Фамилия И. О. наследодателя</w:t>
      </w:r>
      <w:r>
        <w:t xml:space="preserve">, — всё имущество, в чём бы оно ни заключалось и где бы ни находилось (п. 2 ст. 1152, п. 1 ст. 1153 Гражданского кодекса РФ). Наследую </w:t>
      </w:r>
      <w:r>
        <w:rPr>
          <w:highlight w:val="yellow"/>
        </w:rPr>
        <w:t>по закону: я сын / дочь / супруг(а) / мать / отец наследодателя — наследник первой очереди (ст. 1142 ГК РФ) / по завещанию от …, удостоверенному нотариусом …</w:t>
      </w:r>
      <w:r>
        <w:t>.</w:t>
      </w:r>
    </w:p>
    <w:p>
      <w:pPr>
        <w:ind w:firstLine="709"/>
        <w:jc w:val="both"/>
      </w:pPr>
      <w:r>
        <w:t xml:space="preserve">Известное мне наследственное имущество: </w:t>
      </w:r>
      <w:r>
        <w:rPr>
          <w:highlight w:val="yellow"/>
        </w:rPr>
        <w:t>квартира по адресу …; автомобиль …, госномер …; вклады в банке …; другое</w:t>
      </w:r>
      <w:r>
        <w:t>.</w:t>
      </w:r>
    </w:p>
    <w:p>
      <w:pPr>
        <w:ind w:firstLine="709"/>
        <w:jc w:val="both"/>
      </w:pPr>
      <w:r>
        <w:t xml:space="preserve">Другие наследники: </w:t>
      </w:r>
      <w:r>
        <w:rPr>
          <w:highlight w:val="yellow"/>
        </w:rPr>
        <w:t>Фамилия Имя Отчество, кем приходится, адрес — по каждому / других наследников нет / мне неизвестны</w:t>
      </w:r>
      <w:r>
        <w:t>.</w:t>
      </w:r>
    </w:p>
    <w:p>
      <w:pPr>
        <w:jc w:val="center"/>
      </w:pPr>
      <w:r>
        <w:rPr>
          <w:b/>
        </w:rPr>
        <w:t>ПРОШУ:</w:t>
      </w:r>
    </w:p>
    <w:p>
      <w:pPr>
        <w:ind w:firstLine="709"/>
        <w:jc w:val="both"/>
      </w:pPr>
      <w:r>
        <w:t xml:space="preserve">1. Выдать мне свидетельство о праве на наследство </w:t>
      </w:r>
      <w:r>
        <w:rPr>
          <w:highlight w:val="yellow"/>
        </w:rPr>
        <w:t>по закону / по завещанию</w:t>
      </w:r>
      <w:r>
        <w:t xml:space="preserve"> на имущество наследодателя.</w:t>
      </w:r>
    </w:p>
    <w:p>
      <w:r>
        <w:rPr>
          <w:b/>
        </w:rPr>
        <w:t>Приложения:</w:t>
      </w:r>
    </w:p>
    <w:p>
      <w:r>
        <w:t>1. Свидетельство о смерти наследодателя.</w:t>
      </w:r>
    </w:p>
    <w:p>
      <w:r>
        <w:t xml:space="preserve">2. Документы о родстве: </w:t>
      </w:r>
      <w:r>
        <w:rPr>
          <w:highlight w:val="yellow"/>
        </w:rPr>
        <w:t>свидетельство о рождении, о браке, о перемене имени</w:t>
      </w:r>
      <w:r>
        <w:t xml:space="preserve"> — для наследования по закону.</w:t>
      </w:r>
    </w:p>
    <w:p>
      <w:r>
        <w:t xml:space="preserve">3. </w:t>
      </w:r>
      <w:r>
        <w:rPr>
          <w:highlight w:val="yellow"/>
        </w:rPr>
        <w:t>Завещание — если наследуете по завещанию.</w:t>
      </w:r>
    </w:p>
    <w:p>
      <w:r>
        <w:t xml:space="preserve">4. Документ о последнем месте жительства наследодателя: </w:t>
      </w:r>
      <w:r>
        <w:rPr>
          <w:highlight w:val="yellow"/>
        </w:rPr>
        <w:t>справка о регистрации или выписка из домовой книги</w:t>
      </w:r>
      <w:r>
        <w:t>.</w:t>
      </w:r>
    </w:p>
    <w:p>
      <w:r>
        <w:t xml:space="preserve">5. </w:t>
      </w:r>
      <w:r>
        <w:rPr>
          <w:highlight w:val="yellow"/>
        </w:rPr>
        <w:t>Документы на имущество — их можно принести позже.</w:t>
      </w:r>
    </w:p>
    <w:p/>
    <w:p>
      <w:r>
        <w:rPr>
          <w:highlight w:val="yellow"/>
        </w:rPr>
        <w:t>«__» ________ 2026 г.</w:t>
      </w:r>
    </w:p>
    <w:p>
      <w:r>
        <w:t xml:space="preserve">__________ / </w:t>
      </w:r>
      <w:r>
        <w:rPr>
          <w:highlight w:val="yellow"/>
        </w:rPr>
        <w:t>Фамилия И. О.</w:t>
      </w:r>
      <w:r>
        <w:t xml:space="preserve"> /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наследства и о выдаче свидетельства о праве на наследство</dc:title>
  <dc:subject/>
  <dc:creator>Иск Про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